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Company name</w:t>
      </w:r>
    </w:p>
    <w:p>
      <w:r>
        <w:t>[Replace the bracketed prompts with verified facts. Tailor this page to one buyer and remove these instructions before sharing.]</w:t>
      </w:r>
    </w:p>
    <w:p>
      <w:pPr>
        <w:pStyle w:val="Heading1"/>
      </w:pPr>
      <w:r>
        <w:t>Capability and customer fit</w:t>
      </w:r>
    </w:p>
    <w:p>
      <w:r>
        <w:t>[We help which team achieve what outcome, using which product or service? Name the specific job and operating context.]</w:t>
      </w:r>
    </w:p>
    <w:p>
      <w:pPr>
        <w:pStyle w:val="Heading1"/>
      </w:pPr>
      <w:r>
        <w:t>Core capabilities</w:t>
      </w:r>
    </w:p>
    <w:p>
      <w:r>
        <w:t>• [Capability 1 and the deliverable the customer receives]</w:t>
        <w:br/>
        <w:t>• [Capability 2 and its integration or service boundary]</w:t>
        <w:br/>
        <w:t>• [Capability 3, only if relevant to this buyer]</w:t>
      </w:r>
    </w:p>
    <w:p>
      <w:pPr>
        <w:pStyle w:val="Heading1"/>
      </w:pPr>
      <w:r>
        <w:t>Evidence and differentiators</w:t>
      </w:r>
    </w:p>
    <w:p>
      <w:r>
        <w:t>[State one measured result, its test conditions and date, or a verifiable customer example with permission. Distinguish demonstrations from delivered work.]</w:t>
      </w:r>
    </w:p>
    <w:p>
      <w:r>
        <w:t>[Explain why this evidence matters for this buyer. Avoid unsupported “best,” approval or certification claims.]</w:t>
      </w:r>
    </w:p>
    <w:p>
      <w:pPr>
        <w:pStyle w:val="Heading1"/>
      </w:pPr>
      <w:r>
        <w:t>Relevant experience</w:t>
      </w:r>
    </w:p>
    <w:p>
      <w:r>
        <w:t>[Customer or project | work performed | outcome | date. If you have no federal past performance, accurately describe commercial, research or team experience without presenting it as a company federal award.]</w:t>
      </w:r>
    </w:p>
    <w:p>
      <w:pPr>
        <w:pStyle w:val="Heading1"/>
      </w:pPr>
      <w:r>
        <w:t>Company and procurement details</w:t>
      </w:r>
    </w:p>
    <w:p>
      <w:r>
        <w:t>[Legal entity] | [Location] | [Website]</w:t>
        <w:br/>
        <w:t>UEI: [if assigned] | CAGE: [if assigned]</w:t>
        <w:br/>
        <w:t>NAICS: [verified relevant codes]</w:t>
        <w:br/>
        <w:t>[Only current, verified certifications or vehicles; otherwise omit.]</w:t>
      </w:r>
    </w:p>
    <w:p>
      <w:pPr>
        <w:pStyle w:val="Heading1"/>
      </w:pPr>
      <w:r>
        <w:t>Contact and next conversation</w:t>
      </w:r>
    </w:p>
    <w:p>
      <w:r>
        <w:t>[Name and role] | [Business email] | [Business phone]</w:t>
        <w:br/>
        <w:t>[Ask for a specific next step, such as a discussion of the buyer’s integration requirements.]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name</dc:title>
  <dc:subject/>
  <dc:creator>Defense Tech Base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