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Provider project brief</w:t>
      </w:r>
    </w:p>
    <w:p>
      <w:r>
        <w:t>Use the same brief for every shortlisted firm. Replace prompts with your facts and ask each provider to identify assumptions, exclusions and changes. Share sensitive material only through an agreed, appropriate channel.</w:t>
      </w:r>
    </w:p>
    <w:p>
      <w:pPr>
        <w:pStyle w:val="Heading1"/>
      </w:pPr>
      <w:r>
        <w:t>Project and decision</w:t>
      </w:r>
    </w:p>
    <w:p>
      <w:r>
        <w:t>Company and project owner: [ ]</w:t>
        <w:br/>
        <w:t>Decision or outcome needed: [ ]</w:t>
        <w:br/>
        <w:t>Why now and required date: [ ]</w:t>
        <w:br/>
        <w:t>Budget range or approval constraint, if known: [ ]</w:t>
      </w:r>
    </w:p>
    <w:p>
      <w:pPr>
        <w:pStyle w:val="Heading1"/>
      </w:pPr>
      <w:r>
        <w:t>Scope and starting point</w:t>
      </w:r>
    </w:p>
    <w:p>
      <w:r>
        <w:t>Systems, locations, people or work covered: [ ]</w:t>
        <w:br/>
        <w:t>Current tools and existing work: [ ]</w:t>
        <w:br/>
        <w:t>Applicable contract or customer requirement: [ ]</w:t>
        <w:br/>
        <w:t>Known gaps and questions to resolve: [ ]</w:t>
      </w:r>
    </w:p>
    <w:p>
      <w:pPr>
        <w:pStyle w:val="Heading1"/>
      </w:pPr>
      <w:r>
        <w:t>Deliverables and acceptance</w:t>
      </w:r>
    </w:p>
    <w:p>
      <w:r>
        <w:t>For each output, record its format, acceptance criteria, owner and due date.</w:t>
        <w:br/>
        <w:t>1. [Output | acceptance | owner | date]</w:t>
        <w:br/>
        <w:t>2. [Output | acceptance | owner | date]</w:t>
        <w:br/>
        <w:t>3. [Output | acceptance | owner | date]</w:t>
      </w:r>
    </w:p>
    <w:p>
      <w:pPr>
        <w:pStyle w:val="Heading1"/>
      </w:pPr>
      <w:r>
        <w:t>Boundaries and responsibilities</w:t>
      </w:r>
    </w:p>
    <w:p>
      <w:r>
        <w:t>Out of scope: [ ]</w:t>
        <w:br/>
        <w:t>Work our team will perform: [ ]</w:t>
        <w:br/>
        <w:t>Access or documents the provider will need: [ ]</w:t>
        <w:br/>
        <w:t>Subcontractors, hosting and information handling: [ ]</w:t>
      </w:r>
    </w:p>
    <w:p>
      <w:r>
        <w:br w:type="page"/>
      </w:r>
    </w:p>
    <w:p>
      <w:pPr>
        <w:pStyle w:val="Heading1"/>
      </w:pPr>
      <w:r>
        <w:t>Questions every provider should answer</w:t>
      </w:r>
    </w:p>
    <w:p>
      <w:r>
        <w:t>Who will do the work, and what relevant experience can we verify?</w:t>
        <w:br/>
        <w:t>What assumptions could change the scope, price or schedule?</w:t>
        <w:br/>
        <w:t>What will we own and receive when the engagement ends?</w:t>
        <w:br/>
        <w:t>Which activities continue after the initial project?</w:t>
      </w:r>
    </w:p>
    <w:p>
      <w:pPr>
        <w:pStyle w:val="Heading1"/>
      </w:pPr>
      <w:r>
        <w:t>Commercial comparison</w:t>
      </w:r>
    </w:p>
    <w:p>
      <w:r>
        <w:t>One-time fees and payment milestones: [ ]</w:t>
        <w:br/>
        <w:t>Recurring fees and minimum commitment: [ ]</w:t>
        <w:br/>
        <w:t>Usage, travel, taxes and other charges: [ ]</w:t>
        <w:br/>
        <w:t>Exclusions and change-control process: [ ]</w:t>
        <w:br/>
        <w:t>Cancellation, renewal and exit terms: [ ]</w:t>
      </w:r>
    </w:p>
    <w:p>
      <w:pPr>
        <w:pStyle w:val="Heading1"/>
      </w:pPr>
      <w:r>
        <w:t>Specialist questions to select</w:t>
      </w:r>
    </w:p>
    <w:p>
      <w:r>
        <w:t>CMMC: Which requirement and boundary are assumed? Is this readiness, implementation, managed operations or an authorized assessment? Who maintains the evidence?</w:t>
      </w:r>
    </w:p>
    <w:p>
      <w:r>
        <w:t>Accounting: Which contract types and systems are supported? Who owns timekeeping, job costing, indirect rates, reconciliations and review preparation?</w:t>
      </w:r>
    </w:p>
    <w:p>
      <w:r>
        <w:t>Proposal support: Who owns the technical claims and final submission? What is included in revisions? How are files, confidentiality and AI use handled?</w:t>
      </w:r>
    </w:p>
    <w:p>
      <w:r>
        <w:t>Legal or export support: Which matter, jurisdiction or classification question will be reviewed? What written analysis and follow-up are included?</w:t>
      </w:r>
    </w:p>
    <w:p>
      <w:pPr>
        <w:pStyle w:val="Heading1"/>
      </w:pPr>
      <w:r>
        <w:t>Decision record</w:t>
      </w:r>
    </w:p>
    <w:p>
      <w:r>
        <w:t>Proposal version and date: [ ]</w:t>
        <w:br/>
        <w:t>Unanswered questions and owner: [ ]</w:t>
        <w:br/>
        <w:t>Reference checks completed: [ ]</w:t>
        <w:br/>
        <w:t>Selected provider and reason: [ ]</w:t>
        <w:br/>
        <w:t>Next action and date: [ ]</w:t>
      </w:r>
    </w:p>
    <w:p>
      <w:r>
        <w:t>Pair this brief with the provider comparison workbook at defensetechbase.com/start/.</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00"/>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Provider project brief</dc:title>
  <dc:subject/>
  <dc:creator>Defense Tech Base</dc:creator>
  <cp:keywords/>
  <dc:description>generated by python-docx</dc:description>
  <cp:lastModifiedBy/>
  <cp:revision>1</cp:revision>
  <dcterms:created xsi:type="dcterms:W3CDTF">2013-12-23T23:15:00Z</dcterms:created>
  <dcterms:modified xsi:type="dcterms:W3CDTF">2013-12-23T23:15:00Z</dcterms:modified>
  <cp:category/>
</cp:coreProperties>
</file>